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F9608" w14:textId="68E74D2C" w:rsidR="00E2395E" w:rsidRPr="00E2395E" w:rsidRDefault="00E2395E">
      <w:pPr>
        <w:jc w:val="center"/>
        <w:rPr>
          <w:lang w:val="el-GR"/>
        </w:rPr>
      </w:pPr>
      <w:r>
        <w:rPr>
          <w:noProof/>
        </w:rPr>
        <w:drawing>
          <wp:inline distT="0" distB="0" distL="0" distR="0" wp14:anchorId="0C8876BE" wp14:editId="6A3FFDC2">
            <wp:extent cx="5324475" cy="1781175"/>
            <wp:effectExtent l="0" t="0" r="9525" b="9525"/>
            <wp:docPr id="62901870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EBA86" w14:textId="2556FE07" w:rsidR="0003029B" w:rsidRPr="00910EC0" w:rsidRDefault="00000000">
      <w:pPr>
        <w:jc w:val="center"/>
        <w:rPr>
          <w:sz w:val="28"/>
          <w:szCs w:val="28"/>
        </w:rPr>
      </w:pPr>
      <w:r w:rsidRPr="00910EC0">
        <w:rPr>
          <w:sz w:val="28"/>
          <w:szCs w:val="28"/>
        </w:rPr>
        <w:t xml:space="preserve">Trikala, Greece | </w:t>
      </w:r>
      <w:r w:rsidR="0086548F" w:rsidRPr="00910EC0">
        <w:rPr>
          <w:sz w:val="28"/>
          <w:szCs w:val="28"/>
        </w:rPr>
        <w:t>October</w:t>
      </w:r>
      <w:r w:rsidRPr="00910EC0">
        <w:rPr>
          <w:sz w:val="28"/>
          <w:szCs w:val="28"/>
        </w:rPr>
        <w:t xml:space="preserve"> </w:t>
      </w:r>
      <w:r w:rsidR="0086548F" w:rsidRPr="00910EC0">
        <w:rPr>
          <w:sz w:val="28"/>
          <w:szCs w:val="28"/>
        </w:rPr>
        <w:t>3</w:t>
      </w:r>
      <w:r w:rsidRPr="00910EC0">
        <w:rPr>
          <w:sz w:val="28"/>
          <w:szCs w:val="28"/>
        </w:rPr>
        <w:t>1–</w:t>
      </w:r>
      <w:r w:rsidR="00F95288" w:rsidRPr="00CD3D40">
        <w:rPr>
          <w:sz w:val="28"/>
          <w:szCs w:val="28"/>
        </w:rPr>
        <w:t xml:space="preserve"> </w:t>
      </w:r>
      <w:r w:rsidR="00DF2CB0" w:rsidRPr="00910EC0">
        <w:rPr>
          <w:sz w:val="28"/>
          <w:szCs w:val="28"/>
        </w:rPr>
        <w:t>November</w:t>
      </w:r>
      <w:r w:rsidR="00F95288" w:rsidRPr="00CD3D40">
        <w:rPr>
          <w:sz w:val="28"/>
          <w:szCs w:val="28"/>
        </w:rPr>
        <w:t xml:space="preserve"> 1</w:t>
      </w:r>
      <w:r w:rsidRPr="00910EC0">
        <w:rPr>
          <w:sz w:val="28"/>
          <w:szCs w:val="28"/>
        </w:rPr>
        <w:t>, 2026</w:t>
      </w:r>
    </w:p>
    <w:p w14:paraId="58994A81" w14:textId="46596563" w:rsidR="0003029B" w:rsidRPr="00910EC0" w:rsidRDefault="00000000" w:rsidP="00E03F3F">
      <w:pPr>
        <w:jc w:val="center"/>
        <w:rPr>
          <w:sz w:val="24"/>
          <w:szCs w:val="24"/>
        </w:rPr>
      </w:pPr>
      <w:r w:rsidRPr="00910EC0">
        <w:rPr>
          <w:sz w:val="24"/>
          <w:szCs w:val="24"/>
        </w:rPr>
        <w:t>Greco-Roman • Freestyle • Women Wrestling • U13</w:t>
      </w:r>
      <w:r w:rsidR="00CD3D40">
        <w:rPr>
          <w:sz w:val="24"/>
          <w:szCs w:val="24"/>
        </w:rPr>
        <w:t>-U15-U17-</w:t>
      </w:r>
      <w:r w:rsidRPr="00910EC0">
        <w:rPr>
          <w:sz w:val="24"/>
          <w:szCs w:val="24"/>
        </w:rPr>
        <w:t>U20</w:t>
      </w:r>
    </w:p>
    <w:p w14:paraId="0BCC1008" w14:textId="0014D87D" w:rsidR="0003029B" w:rsidRDefault="00000000">
      <w:pPr>
        <w:jc w:val="center"/>
      </w:pPr>
      <w:r>
        <w:t>One of the largest youth wrestling tournaments in Southeast Europe</w:t>
      </w:r>
      <w:r>
        <w:br/>
      </w:r>
      <w:r w:rsidRPr="00910EC0">
        <w:rPr>
          <w:b/>
          <w:bCs/>
        </w:rPr>
        <w:t>Expected participation: 600</w:t>
      </w:r>
      <w:r w:rsidR="00DF2CB0" w:rsidRPr="00910EC0">
        <w:rPr>
          <w:b/>
          <w:bCs/>
        </w:rPr>
        <w:t>+</w:t>
      </w:r>
      <w:r w:rsidRPr="00910EC0">
        <w:rPr>
          <w:b/>
          <w:bCs/>
        </w:rPr>
        <w:t xml:space="preserve"> wrestlers from 20+ countries</w:t>
      </w:r>
    </w:p>
    <w:p w14:paraId="2E8FBC3A" w14:textId="77777777" w:rsidR="0003029B" w:rsidRDefault="00000000">
      <w:pPr>
        <w:jc w:val="center"/>
      </w:pPr>
      <w:r>
        <w:br/>
        <w:t>Organised by Meteora Wrestling Academy</w:t>
      </w:r>
      <w:r>
        <w:br/>
        <w:t>Under the auspices of the Hellenic Wrestling Federation, Municipality of Trikala &amp; Region of Thessaly</w:t>
      </w:r>
    </w:p>
    <w:p w14:paraId="5B34D52F" w14:textId="77777777" w:rsidR="0003029B" w:rsidRDefault="00000000">
      <w:pPr>
        <w:pStyle w:val="21"/>
      </w:pPr>
      <w:r>
        <w:t>INTERNATIONAL PROFILE</w:t>
      </w:r>
    </w:p>
    <w:p w14:paraId="14E35D4B" w14:textId="5DE93A36" w:rsidR="0003029B" w:rsidRDefault="00000000">
      <w:r>
        <w:t>The Meteora Wrestling Academy Tournament has developed into one of the fastest-growing youth wrestling events in the Balkans.</w:t>
      </w:r>
      <w:r>
        <w:br/>
        <w:t>2025 Edition: 17 countries –</w:t>
      </w:r>
      <w:r w:rsidR="004D3A94">
        <w:t>400</w:t>
      </w:r>
      <w:r>
        <w:t>+ wrestlers</w:t>
      </w:r>
      <w:r>
        <w:br/>
        <w:t>2026 Goal: 600</w:t>
      </w:r>
      <w:r w:rsidR="00FA787B">
        <w:t>+</w:t>
      </w:r>
      <w:r>
        <w:t xml:space="preserve"> wrestlers with strong international participation from Europe, Balkans, Caucasus &amp; overseas teams.</w:t>
      </w:r>
    </w:p>
    <w:p w14:paraId="717ECB54" w14:textId="0CE84AAA" w:rsidR="0003029B" w:rsidRDefault="00000000">
      <w:pPr>
        <w:pStyle w:val="21"/>
      </w:pPr>
      <w:r>
        <w:t xml:space="preserve">EUROPEAN U17 GRECO-ROMAN </w:t>
      </w:r>
      <w:r w:rsidR="0086548F">
        <w:t xml:space="preserve">EURO </w:t>
      </w:r>
      <w:r>
        <w:t>LEAGUE – OFFICIAL STAGE</w:t>
      </w:r>
    </w:p>
    <w:p w14:paraId="7E4E879C" w14:textId="4DDEC309" w:rsidR="00F826C6" w:rsidRDefault="00000000">
      <w:r>
        <w:t>This tournament will host an official stage of the U17 Greco-Roman European League.</w:t>
      </w:r>
      <w:r w:rsidR="00E03F3F">
        <w:tab/>
      </w:r>
    </w:p>
    <w:p w14:paraId="284B417D" w14:textId="5BE9D1C3" w:rsidR="0003029B" w:rsidRPr="00CD3D40" w:rsidRDefault="00F826C6">
      <w:r>
        <w:t>These matches are held between team again</w:t>
      </w:r>
      <w:r w:rsidR="00103A67">
        <w:t>s</w:t>
      </w:r>
      <w:r>
        <w:t>t team in 10 weight categories – team matches.</w:t>
      </w:r>
      <w:r>
        <w:br/>
        <w:t xml:space="preserve">Core countries: Greece – </w:t>
      </w:r>
      <w:r w:rsidR="0086548F">
        <w:t xml:space="preserve">Moldova - </w:t>
      </w:r>
      <w:r w:rsidR="00710C55">
        <w:t>Ukraine</w:t>
      </w:r>
      <w:r>
        <w:t xml:space="preserve"> – Croatia</w:t>
      </w:r>
      <w:r w:rsidR="0040595F">
        <w:t xml:space="preserve">. </w:t>
      </w:r>
      <w:r w:rsidR="00045EE9" w:rsidRPr="00045EE9">
        <w:t xml:space="preserve">Confirmed international teams include </w:t>
      </w:r>
      <w:r w:rsidR="00045EE9" w:rsidRPr="00045EE9">
        <w:rPr>
          <w:b/>
          <w:bCs/>
        </w:rPr>
        <w:t>Kyrgyzstan, Armenia , Georgia</w:t>
      </w:r>
      <w:r w:rsidR="00710C55">
        <w:rPr>
          <w:b/>
          <w:bCs/>
        </w:rPr>
        <w:t xml:space="preserve"> , Serbia , Hungary </w:t>
      </w:r>
      <w:r w:rsidR="00045EE9" w:rsidRPr="00045EE9">
        <w:t>and other strong wrestling nations.</w:t>
      </w:r>
      <w:r w:rsidR="003A43CC">
        <w:t xml:space="preserve"> </w:t>
      </w:r>
      <w:r>
        <w:t>Guest teams may participate and collect points for the league ranking.</w:t>
      </w:r>
    </w:p>
    <w:p w14:paraId="6A1C2882" w14:textId="77777777" w:rsidR="0003029B" w:rsidRDefault="00000000">
      <w:pPr>
        <w:pStyle w:val="21"/>
      </w:pPr>
      <w:r>
        <w:t>SPECIAL AWARDS</w:t>
      </w:r>
    </w:p>
    <w:p w14:paraId="554AE3BC" w14:textId="3CAEF5DA" w:rsidR="0003029B" w:rsidRDefault="00000000">
      <w:r>
        <w:t>Grand Champion Belt – Best wrestler of the entire tournament</w:t>
      </w:r>
      <w:r>
        <w:br/>
        <w:t>Euro League U17 MVP – Champion Belt</w:t>
      </w:r>
      <w:r>
        <w:br/>
        <w:t>Team trophies &amp; individual medals</w:t>
      </w:r>
    </w:p>
    <w:p w14:paraId="350F7B57" w14:textId="77777777" w:rsidR="0003029B" w:rsidRDefault="00000000">
      <w:pPr>
        <w:pStyle w:val="21"/>
      </w:pPr>
      <w:r>
        <w:lastRenderedPageBreak/>
        <w:t>VENUE</w:t>
      </w:r>
    </w:p>
    <w:p w14:paraId="2DFB7C7E" w14:textId="77777777" w:rsidR="0003029B" w:rsidRDefault="00000000">
      <w:r>
        <w:t>Municipal Indoor Wrestling Hall, Trikala – Greece</w:t>
      </w:r>
      <w:r>
        <w:br/>
        <w:t>Easy access from Thessaloniki &amp; Athens international airports.</w:t>
      </w:r>
      <w:r>
        <w:br/>
        <w:t>Organising committee can assist with accommodation, meals and local transport.</w:t>
      </w:r>
    </w:p>
    <w:p w14:paraId="23E3B6FB" w14:textId="77777777" w:rsidR="0003029B" w:rsidRDefault="00000000">
      <w:pPr>
        <w:pStyle w:val="21"/>
      </w:pPr>
      <w:r>
        <w:t>COMPETITION PROGRAM</w:t>
      </w:r>
    </w:p>
    <w:p w14:paraId="72291D21" w14:textId="510FCBA3" w:rsidR="0086548F" w:rsidRPr="0040595F" w:rsidRDefault="00000000">
      <w:pPr>
        <w:rPr>
          <w:sz w:val="28"/>
          <w:szCs w:val="28"/>
        </w:rPr>
      </w:pPr>
      <w:r>
        <w:t>Friday – October 3</w:t>
      </w:r>
      <w:r w:rsidR="002D2E90" w:rsidRPr="00045EE9">
        <w:t>0</w:t>
      </w:r>
      <w:r>
        <w:t>, 2026</w:t>
      </w:r>
      <w:r>
        <w:br/>
        <w:t xml:space="preserve">18:00–19:00 Draws </w:t>
      </w:r>
      <w:r w:rsidR="0086548F">
        <w:t>,</w:t>
      </w:r>
      <w:r>
        <w:t xml:space="preserve"> Technical Meeting</w:t>
      </w:r>
      <w:r w:rsidR="0086548F">
        <w:t xml:space="preserve"> and weight in for international clubs</w:t>
      </w:r>
      <w:r w:rsidR="00DF2CB0">
        <w:t xml:space="preserve"> (and Euro league)</w:t>
      </w:r>
      <w:r>
        <w:br/>
      </w:r>
      <w:r>
        <w:br/>
      </w:r>
      <w:r w:rsidRPr="0040595F">
        <w:rPr>
          <w:sz w:val="26"/>
          <w:szCs w:val="26"/>
        </w:rPr>
        <w:t xml:space="preserve">Saturday – </w:t>
      </w:r>
      <w:r w:rsidR="00FF3DC9" w:rsidRPr="0040595F">
        <w:rPr>
          <w:sz w:val="26"/>
          <w:szCs w:val="26"/>
        </w:rPr>
        <w:t>October</w:t>
      </w:r>
      <w:r w:rsidRPr="0040595F">
        <w:rPr>
          <w:sz w:val="26"/>
          <w:szCs w:val="26"/>
        </w:rPr>
        <w:t xml:space="preserve"> </w:t>
      </w:r>
      <w:r w:rsidR="00FF3DC9" w:rsidRPr="0040595F">
        <w:rPr>
          <w:sz w:val="26"/>
          <w:szCs w:val="26"/>
        </w:rPr>
        <w:t>3</w:t>
      </w:r>
      <w:r w:rsidRPr="0040595F">
        <w:rPr>
          <w:sz w:val="26"/>
          <w:szCs w:val="26"/>
        </w:rPr>
        <w:t>1, 2026</w:t>
      </w:r>
      <w:r>
        <w:br/>
      </w:r>
      <w:r w:rsidRPr="0040595F">
        <w:rPr>
          <w:b/>
          <w:bCs/>
        </w:rPr>
        <w:t xml:space="preserve">Greco-Roman Wrestling (All age categories </w:t>
      </w:r>
      <w:r w:rsidR="0086548F" w:rsidRPr="0040595F">
        <w:rPr>
          <w:b/>
          <w:bCs/>
        </w:rPr>
        <w:t>)</w:t>
      </w:r>
      <w:r w:rsidRPr="0040595F">
        <w:rPr>
          <w:b/>
          <w:bCs/>
        </w:rPr>
        <w:br/>
      </w:r>
      <w:r>
        <w:t>10:00–11:00 Medical &amp; weigh-in</w:t>
      </w:r>
      <w:r w:rsidR="0086548F">
        <w:t xml:space="preserve"> and final draws (Greek clubs)</w:t>
      </w:r>
      <w:r>
        <w:br/>
        <w:t>12:00–17:00 Qualification rounds</w:t>
      </w:r>
      <w:r>
        <w:br/>
        <w:t>17:00–17:30 Opening ceremony</w:t>
      </w:r>
      <w:r>
        <w:br/>
        <w:t>17:30–</w:t>
      </w:r>
      <w:r w:rsidR="00D57B16" w:rsidRPr="00F95288">
        <w:t>20</w:t>
      </w:r>
      <w:r>
        <w:t>:00 Finals</w:t>
      </w:r>
      <w:r>
        <w:br/>
      </w:r>
      <w:r>
        <w:br/>
      </w:r>
      <w:r w:rsidRPr="0040595F">
        <w:rPr>
          <w:sz w:val="26"/>
          <w:szCs w:val="26"/>
        </w:rPr>
        <w:t xml:space="preserve">Sunday – November </w:t>
      </w:r>
      <w:r w:rsidR="00FF3DC9" w:rsidRPr="0040595F">
        <w:rPr>
          <w:sz w:val="26"/>
          <w:szCs w:val="26"/>
        </w:rPr>
        <w:t>1</w:t>
      </w:r>
      <w:r w:rsidRPr="0040595F">
        <w:rPr>
          <w:sz w:val="26"/>
          <w:szCs w:val="26"/>
        </w:rPr>
        <w:t>, 2026</w:t>
      </w:r>
    </w:p>
    <w:p w14:paraId="3F658A4A" w14:textId="3D36DC80" w:rsidR="0086548F" w:rsidRPr="0086548F" w:rsidRDefault="0086548F">
      <w:pPr>
        <w:rPr>
          <w:b/>
          <w:bCs/>
        </w:rPr>
      </w:pPr>
      <w:r>
        <w:t>Grego-Roman U17 Euro League (2010-2011-2012*)</w:t>
      </w:r>
    </w:p>
    <w:p w14:paraId="71EF806A" w14:textId="2854B4AA" w:rsidR="0003029B" w:rsidRDefault="0086548F">
      <w:r>
        <w:t xml:space="preserve">10:00 – 13:00 </w:t>
      </w:r>
      <w:r>
        <w:br/>
      </w:r>
      <w:r w:rsidRPr="0086548F">
        <w:rPr>
          <w:b/>
          <w:bCs/>
        </w:rPr>
        <w:t>Freestyle &amp; Women Wrestling</w:t>
      </w:r>
      <w:r w:rsidRPr="0086548F">
        <w:rPr>
          <w:b/>
          <w:bCs/>
        </w:rPr>
        <w:br/>
      </w:r>
      <w:r>
        <w:t>10:00–11:00 Medical &amp; weigh-in (Greek clubs)</w:t>
      </w:r>
      <w:r>
        <w:br/>
        <w:t>12:00–17:00 Qualification rounds</w:t>
      </w:r>
      <w:r>
        <w:br/>
        <w:t>17:30–20:00 Finals &amp; Grand Champion ceremony</w:t>
      </w:r>
    </w:p>
    <w:p w14:paraId="0C1E5C6B" w14:textId="77777777" w:rsidR="0003029B" w:rsidRDefault="00000000">
      <w:pPr>
        <w:pStyle w:val="21"/>
      </w:pPr>
      <w:r>
        <w:t>AGE CATEGORIES</w:t>
      </w:r>
    </w:p>
    <w:p w14:paraId="018D9BCC" w14:textId="77777777" w:rsidR="008C4BA1" w:rsidRDefault="00000000">
      <w:r>
        <w:t xml:space="preserve">Greco-Roman: </w:t>
      </w:r>
    </w:p>
    <w:p w14:paraId="58FCDCD9" w14:textId="35FE1337" w:rsidR="008C4BA1" w:rsidRDefault="00000000" w:rsidP="008C4BA1">
      <w:pPr>
        <w:pStyle w:val="aa"/>
        <w:numPr>
          <w:ilvl w:val="0"/>
          <w:numId w:val="12"/>
        </w:numPr>
      </w:pPr>
      <w:r>
        <w:t>U13</w:t>
      </w:r>
      <w:r w:rsidR="008C4BA1">
        <w:t xml:space="preserve"> (2014-2015) : </w:t>
      </w:r>
      <w:r w:rsidR="008C4BA1">
        <w:rPr>
          <w:lang w:val="el-GR"/>
        </w:rPr>
        <w:t>43 , 48 , 54 , 60 , 75</w:t>
      </w:r>
    </w:p>
    <w:p w14:paraId="67177F54" w14:textId="755EB86B" w:rsidR="008C4BA1" w:rsidRDefault="00000000" w:rsidP="008C4BA1">
      <w:pPr>
        <w:pStyle w:val="aa"/>
        <w:numPr>
          <w:ilvl w:val="0"/>
          <w:numId w:val="12"/>
        </w:numPr>
      </w:pPr>
      <w:r>
        <w:t>U15</w:t>
      </w:r>
      <w:r w:rsidR="008C4BA1">
        <w:t xml:space="preserve"> (2012-2013) :</w:t>
      </w:r>
      <w:r w:rsidR="008C4BA1">
        <w:rPr>
          <w:lang w:val="el-GR"/>
        </w:rPr>
        <w:t xml:space="preserve"> 44 , 48 , 57 , 62 , 68 , 75</w:t>
      </w:r>
    </w:p>
    <w:p w14:paraId="46D74897" w14:textId="3A990C75" w:rsidR="008C4BA1" w:rsidRDefault="00000000" w:rsidP="008C4BA1">
      <w:pPr>
        <w:pStyle w:val="aa"/>
        <w:numPr>
          <w:ilvl w:val="0"/>
          <w:numId w:val="12"/>
        </w:numPr>
      </w:pPr>
      <w:r>
        <w:t>U17</w:t>
      </w:r>
      <w:r w:rsidR="008C4BA1">
        <w:t xml:space="preserve"> (201</w:t>
      </w:r>
      <w:r w:rsidR="00AE1718">
        <w:t>0</w:t>
      </w:r>
      <w:r w:rsidR="008C4BA1">
        <w:t>-201</w:t>
      </w:r>
      <w:r w:rsidR="00AE1718">
        <w:t>1</w:t>
      </w:r>
      <w:r w:rsidR="008C4BA1">
        <w:t>) :</w:t>
      </w:r>
      <w:r w:rsidR="008C4BA1">
        <w:rPr>
          <w:lang w:val="el-GR"/>
        </w:rPr>
        <w:t xml:space="preserve"> </w:t>
      </w:r>
      <w:r w:rsidR="00710C55">
        <w:t xml:space="preserve">45 , 48 , </w:t>
      </w:r>
      <w:r w:rsidR="008C4BA1">
        <w:rPr>
          <w:lang w:val="el-GR"/>
        </w:rPr>
        <w:t>51, 55 , 60 , 65 , 71 , 80 , 92</w:t>
      </w:r>
      <w:r w:rsidR="00710C55">
        <w:t>, 110</w:t>
      </w:r>
    </w:p>
    <w:p w14:paraId="5A151E4E" w14:textId="22421AFA" w:rsidR="008C4BA1" w:rsidRDefault="00000000" w:rsidP="0025642B">
      <w:pPr>
        <w:pStyle w:val="aa"/>
        <w:numPr>
          <w:ilvl w:val="0"/>
          <w:numId w:val="12"/>
        </w:numPr>
      </w:pPr>
      <w:r>
        <w:t>U20</w:t>
      </w:r>
      <w:r w:rsidR="0025642B">
        <w:t xml:space="preserve"> (2007-2008-2009) </w:t>
      </w:r>
      <w:r w:rsidR="008C4BA1">
        <w:t>:</w:t>
      </w:r>
      <w:r w:rsidR="008C4BA1" w:rsidRPr="0025642B">
        <w:rPr>
          <w:lang w:val="el-GR"/>
        </w:rPr>
        <w:t xml:space="preserve"> 55 , 60 , 67 , 77 , 87 , 97</w:t>
      </w:r>
      <w:r>
        <w:br/>
      </w:r>
    </w:p>
    <w:p w14:paraId="623710F7" w14:textId="77777777" w:rsidR="008C4BA1" w:rsidRDefault="00000000" w:rsidP="008C4BA1">
      <w:pPr>
        <w:rPr>
          <w:lang w:val="el-GR"/>
        </w:rPr>
      </w:pPr>
      <w:r>
        <w:t xml:space="preserve">Freestyle: </w:t>
      </w:r>
    </w:p>
    <w:p w14:paraId="6F37B5F3" w14:textId="363B362D" w:rsidR="008C4BA1" w:rsidRDefault="00000000" w:rsidP="008C4BA1">
      <w:pPr>
        <w:pStyle w:val="aa"/>
        <w:numPr>
          <w:ilvl w:val="0"/>
          <w:numId w:val="13"/>
        </w:numPr>
      </w:pPr>
      <w:r>
        <w:t>U13</w:t>
      </w:r>
      <w:r w:rsidR="008C4BA1">
        <w:t xml:space="preserve"> (2014-2015) : 43 , 48 , 54 , 60 , 75</w:t>
      </w:r>
    </w:p>
    <w:p w14:paraId="474C312D" w14:textId="48DB79D8" w:rsidR="008C4BA1" w:rsidRDefault="008C4BA1" w:rsidP="008C4BA1">
      <w:pPr>
        <w:pStyle w:val="aa"/>
        <w:numPr>
          <w:ilvl w:val="0"/>
          <w:numId w:val="13"/>
        </w:numPr>
      </w:pPr>
      <w:r>
        <w:t>U15</w:t>
      </w:r>
      <w:r w:rsidR="0025642B">
        <w:t xml:space="preserve"> (2012-2013)  </w:t>
      </w:r>
      <w:r>
        <w:t xml:space="preserve"> :</w:t>
      </w:r>
      <w:r>
        <w:rPr>
          <w:lang w:val="el-GR"/>
        </w:rPr>
        <w:t xml:space="preserve"> 44 , 48 , 57 , 62 , 68 , 75</w:t>
      </w:r>
    </w:p>
    <w:p w14:paraId="56680D37" w14:textId="13D1D1EB" w:rsidR="008C4BA1" w:rsidRPr="008C4BA1" w:rsidRDefault="00000000" w:rsidP="008C4BA1">
      <w:pPr>
        <w:pStyle w:val="aa"/>
        <w:numPr>
          <w:ilvl w:val="0"/>
          <w:numId w:val="13"/>
        </w:numPr>
      </w:pPr>
      <w:r>
        <w:t>U17</w:t>
      </w:r>
      <w:r w:rsidR="0025642B">
        <w:t xml:space="preserve"> (2011-2010)  </w:t>
      </w:r>
      <w:r w:rsidR="008C4BA1">
        <w:t xml:space="preserve"> :</w:t>
      </w:r>
      <w:r w:rsidR="008C4BA1">
        <w:rPr>
          <w:lang w:val="el-GR"/>
        </w:rPr>
        <w:t xml:space="preserve"> 51, 55 , 60 , 65 , 71 , 80 , 92</w:t>
      </w:r>
    </w:p>
    <w:p w14:paraId="4AC9E4CE" w14:textId="37AB3CD7" w:rsidR="008C4BA1" w:rsidRDefault="00000000" w:rsidP="008C4BA1">
      <w:pPr>
        <w:pStyle w:val="aa"/>
        <w:numPr>
          <w:ilvl w:val="0"/>
          <w:numId w:val="13"/>
        </w:numPr>
      </w:pPr>
      <w:r>
        <w:t>U20</w:t>
      </w:r>
      <w:r w:rsidR="0025642B">
        <w:t xml:space="preserve"> (2007-2008-2009)  </w:t>
      </w:r>
      <w:r w:rsidR="008C4BA1">
        <w:rPr>
          <w:lang w:val="el-GR"/>
        </w:rPr>
        <w:t xml:space="preserve"> </w:t>
      </w:r>
      <w:r w:rsidR="008C4BA1">
        <w:t>: 65 , 74 , 86 , 97</w:t>
      </w:r>
      <w:r>
        <w:br/>
      </w:r>
    </w:p>
    <w:p w14:paraId="52FD32A4" w14:textId="77777777" w:rsidR="00CB19A1" w:rsidRDefault="00CB19A1" w:rsidP="008C4BA1"/>
    <w:p w14:paraId="028A7020" w14:textId="535730EF" w:rsidR="008C4BA1" w:rsidRDefault="00000000" w:rsidP="008C4BA1">
      <w:r>
        <w:lastRenderedPageBreak/>
        <w:t>Women</w:t>
      </w:r>
      <w:r w:rsidR="008C4BA1">
        <w:t xml:space="preserve"> Wrestling</w:t>
      </w:r>
      <w:r>
        <w:t>:</w:t>
      </w:r>
    </w:p>
    <w:p w14:paraId="7558CCA7" w14:textId="5BE063A7" w:rsidR="008C4BA1" w:rsidRDefault="00000000" w:rsidP="008C4BA1">
      <w:pPr>
        <w:pStyle w:val="aa"/>
        <w:numPr>
          <w:ilvl w:val="0"/>
          <w:numId w:val="14"/>
        </w:numPr>
      </w:pPr>
      <w:r>
        <w:t>U13</w:t>
      </w:r>
      <w:r w:rsidR="008C4BA1">
        <w:t xml:space="preserve"> (2014-2015) : 47 , 52 , 58</w:t>
      </w:r>
    </w:p>
    <w:p w14:paraId="038407C3" w14:textId="21A1EBD1" w:rsidR="008C4BA1" w:rsidRDefault="00000000" w:rsidP="008C4BA1">
      <w:pPr>
        <w:pStyle w:val="aa"/>
        <w:numPr>
          <w:ilvl w:val="0"/>
          <w:numId w:val="14"/>
        </w:numPr>
      </w:pPr>
      <w:r>
        <w:t>U15</w:t>
      </w:r>
      <w:r w:rsidR="0025642B">
        <w:t xml:space="preserve"> (2012-2013)</w:t>
      </w:r>
      <w:r w:rsidR="008C4BA1">
        <w:t xml:space="preserve"> : 54 , 58 , 62</w:t>
      </w:r>
    </w:p>
    <w:p w14:paraId="08EF3D1F" w14:textId="77777777" w:rsidR="0040595F" w:rsidRDefault="00000000" w:rsidP="0040595F">
      <w:pPr>
        <w:pStyle w:val="aa"/>
        <w:numPr>
          <w:ilvl w:val="0"/>
          <w:numId w:val="14"/>
        </w:numPr>
      </w:pPr>
      <w:r>
        <w:t>U17</w:t>
      </w:r>
      <w:r w:rsidR="008C4BA1">
        <w:t xml:space="preserve"> (2011-2010) : 53 , 57,  61 , 65 , 73</w:t>
      </w:r>
    </w:p>
    <w:p w14:paraId="3F005638" w14:textId="6C17D48F" w:rsidR="00FA787B" w:rsidRDefault="00000000" w:rsidP="00E03F3F">
      <w:pPr>
        <w:pStyle w:val="aa"/>
        <w:ind w:left="765"/>
      </w:pPr>
      <w:r>
        <w:br/>
        <w:t>(</w:t>
      </w:r>
      <w:r w:rsidR="0086548F">
        <w:t xml:space="preserve">All </w:t>
      </w:r>
      <w:r>
        <w:t>Weight categories according to UWW rules</w:t>
      </w:r>
      <w:r w:rsidR="0086548F">
        <w:t xml:space="preserve"> +1 kg tolerance</w:t>
      </w:r>
      <w:r>
        <w:t>)</w:t>
      </w:r>
    </w:p>
    <w:p w14:paraId="4D428CD4" w14:textId="576B0088" w:rsidR="0003029B" w:rsidRDefault="00000000">
      <w:pPr>
        <w:pStyle w:val="21"/>
      </w:pPr>
      <w:r>
        <w:t>PARTICIPATION</w:t>
      </w:r>
      <w:r w:rsidR="00FF3DC9">
        <w:t xml:space="preserve"> for tournament</w:t>
      </w:r>
    </w:p>
    <w:p w14:paraId="7FB87D77" w14:textId="77777777" w:rsidR="00FF3DC9" w:rsidRPr="00FF3DC9" w:rsidRDefault="00000000">
      <w:r>
        <w:t>Entry fee: 20€ per athlete</w:t>
      </w:r>
      <w:r w:rsidR="0086548F">
        <w:t xml:space="preserve"> </w:t>
      </w:r>
    </w:p>
    <w:p w14:paraId="28FAB16F" w14:textId="77777777" w:rsidR="00FF3DC9" w:rsidRDefault="00FF3DC9" w:rsidP="00FF3DC9">
      <w:r w:rsidRPr="00FF3DC9">
        <w:t>Late registration (after October 1): 25€ per athlete</w:t>
      </w:r>
    </w:p>
    <w:p w14:paraId="3DD4699B" w14:textId="26ED5536" w:rsidR="00FF3DC9" w:rsidRPr="00FF3DC9" w:rsidRDefault="00000000" w:rsidP="00FF3DC9">
      <w:pPr>
        <w:rPr>
          <w:b/>
          <w:bCs/>
        </w:rPr>
      </w:pPr>
      <w:r>
        <w:br/>
        <w:t>EUROPEAN U17 GRECO LEAGUE (2010-2011-2012*)</w:t>
      </w:r>
    </w:p>
    <w:p w14:paraId="18E43CBF" w14:textId="77777777" w:rsidR="00FF3DC9" w:rsidRPr="00FF3DC9" w:rsidRDefault="00FF3DC9" w:rsidP="00FF3DC9">
      <w:r w:rsidRPr="00FF3DC9">
        <w:t>Participation in the league ranking is optional.</w:t>
      </w:r>
    </w:p>
    <w:p w14:paraId="06FB3246" w14:textId="77777777" w:rsidR="00FF3DC9" w:rsidRPr="00FF3DC9" w:rsidRDefault="00FF3DC9" w:rsidP="00FF3DC9">
      <w:pPr>
        <w:rPr>
          <w:lang w:val="el-GR"/>
        </w:rPr>
      </w:pPr>
      <w:r w:rsidRPr="00FF3DC9">
        <w:rPr>
          <w:lang w:val="el-GR"/>
        </w:rPr>
        <w:t>League participation fee:</w:t>
      </w:r>
    </w:p>
    <w:p w14:paraId="6DC45476" w14:textId="77777777" w:rsidR="00FF3DC9" w:rsidRPr="00FF3DC9" w:rsidRDefault="00FF3DC9" w:rsidP="00FF3DC9">
      <w:pPr>
        <w:numPr>
          <w:ilvl w:val="0"/>
          <w:numId w:val="10"/>
        </w:numPr>
        <w:rPr>
          <w:lang w:val="el-GR"/>
        </w:rPr>
      </w:pPr>
      <w:r w:rsidRPr="00FF3DC9">
        <w:rPr>
          <w:lang w:val="el-GR"/>
        </w:rPr>
        <w:t>Up to 5 athletes: 70€ per team</w:t>
      </w:r>
    </w:p>
    <w:p w14:paraId="1FE91314" w14:textId="77777777" w:rsidR="00FF3DC9" w:rsidRPr="00FF3DC9" w:rsidRDefault="00FF3DC9" w:rsidP="00FF3DC9">
      <w:pPr>
        <w:numPr>
          <w:ilvl w:val="0"/>
          <w:numId w:val="10"/>
        </w:numPr>
        <w:rPr>
          <w:lang w:val="el-GR"/>
        </w:rPr>
      </w:pPr>
      <w:r w:rsidRPr="00FF3DC9">
        <w:rPr>
          <w:lang w:val="el-GR"/>
        </w:rPr>
        <w:t>6–10 athletes: 120€ per team</w:t>
      </w:r>
    </w:p>
    <w:p w14:paraId="4B8DA26F" w14:textId="77777777" w:rsidR="00FF3DC9" w:rsidRPr="00FF3DC9" w:rsidRDefault="00FF3DC9" w:rsidP="00FF3DC9">
      <w:pPr>
        <w:rPr>
          <w:lang w:val="el-GR"/>
        </w:rPr>
      </w:pPr>
      <w:r w:rsidRPr="00FF3DC9">
        <w:rPr>
          <w:lang w:val="el-GR"/>
        </w:rPr>
        <w:t>Includes:</w:t>
      </w:r>
    </w:p>
    <w:p w14:paraId="139D50B2" w14:textId="41812576" w:rsidR="00FF3DC9" w:rsidRPr="00FF3DC9" w:rsidRDefault="00FF3DC9" w:rsidP="00FF3DC9">
      <w:pPr>
        <w:numPr>
          <w:ilvl w:val="0"/>
          <w:numId w:val="11"/>
        </w:numPr>
        <w:rPr>
          <w:lang w:val="el-GR"/>
        </w:rPr>
      </w:pPr>
      <w:r>
        <w:t>O</w:t>
      </w:r>
      <w:r w:rsidRPr="00FF3DC9">
        <w:rPr>
          <w:lang w:val="el-GR"/>
        </w:rPr>
        <w:t>fficial league ranking</w:t>
      </w:r>
    </w:p>
    <w:p w14:paraId="152D8460" w14:textId="77777777" w:rsidR="00FF3DC9" w:rsidRPr="00FF3DC9" w:rsidRDefault="00FF3DC9" w:rsidP="00FF3DC9">
      <w:pPr>
        <w:numPr>
          <w:ilvl w:val="0"/>
          <w:numId w:val="11"/>
        </w:numPr>
        <w:rPr>
          <w:lang w:val="el-GR"/>
        </w:rPr>
      </w:pPr>
      <w:r w:rsidRPr="00FF3DC9">
        <w:rPr>
          <w:lang w:val="el-GR"/>
        </w:rPr>
        <w:t>MVP award eligibility</w:t>
      </w:r>
    </w:p>
    <w:p w14:paraId="0D217204" w14:textId="4CA1BAA8" w:rsidR="0003029B" w:rsidRPr="00FF3DC9" w:rsidRDefault="00FF3DC9">
      <w:r w:rsidRPr="00FF3DC9">
        <w:t>Core league countries</w:t>
      </w:r>
      <w:r w:rsidR="00BA795E">
        <w:t xml:space="preserve"> and stages</w:t>
      </w:r>
      <w:r w:rsidRPr="00FF3DC9">
        <w:t>: Greece,</w:t>
      </w:r>
      <w:r w:rsidR="00DF2CB0">
        <w:t xml:space="preserve"> Moldova</w:t>
      </w:r>
      <w:r w:rsidR="00710C55">
        <w:t xml:space="preserve"> ,</w:t>
      </w:r>
      <w:r w:rsidRPr="00FF3DC9">
        <w:t xml:space="preserve"> </w:t>
      </w:r>
      <w:r w:rsidR="00710C55">
        <w:t>Ukraine</w:t>
      </w:r>
      <w:r>
        <w:t xml:space="preserve"> ,</w:t>
      </w:r>
      <w:r w:rsidRPr="00FF3DC9">
        <w:t>Croatia.</w:t>
      </w:r>
      <w:r w:rsidR="00DF2CB0">
        <w:t xml:space="preserve"> </w:t>
      </w:r>
      <w:r w:rsidR="00F66AB1" w:rsidRPr="00045EE9">
        <w:t xml:space="preserve">Confirmed international teams include </w:t>
      </w:r>
      <w:r w:rsidR="00F66AB1" w:rsidRPr="00045EE9">
        <w:rPr>
          <w:b/>
          <w:bCs/>
        </w:rPr>
        <w:t>Kyrgyzstan, Armenia , Georgia</w:t>
      </w:r>
      <w:r w:rsidR="00710C55">
        <w:rPr>
          <w:b/>
          <w:bCs/>
        </w:rPr>
        <w:t>, Serbia , Hungary</w:t>
      </w:r>
      <w:r w:rsidR="00F66AB1" w:rsidRPr="00045EE9">
        <w:rPr>
          <w:b/>
          <w:bCs/>
        </w:rPr>
        <w:t xml:space="preserve"> </w:t>
      </w:r>
      <w:r w:rsidR="00F66AB1" w:rsidRPr="00045EE9">
        <w:t>and other strong wrestling nations.</w:t>
      </w:r>
    </w:p>
    <w:p w14:paraId="571FC47D" w14:textId="77777777" w:rsidR="0003029B" w:rsidRDefault="00000000">
      <w:pPr>
        <w:pStyle w:val="21"/>
      </w:pPr>
      <w:r>
        <w:t>REGISTRATION &amp; CONTACT</w:t>
      </w:r>
    </w:p>
    <w:p w14:paraId="38C312F4" w14:textId="34BC184B" w:rsidR="00BA795E" w:rsidRDefault="00000000">
      <w:r>
        <w:t xml:space="preserve">Preliminary entries: </w:t>
      </w:r>
      <w:hyperlink r:id="rId7" w:history="1">
        <w:r w:rsidR="00BA795E" w:rsidRPr="00103AC3">
          <w:rPr>
            <w:rStyle w:val="-"/>
          </w:rPr>
          <w:t>meteorawrestlingacademy@gmail.com</w:t>
        </w:r>
      </w:hyperlink>
    </w:p>
    <w:p w14:paraId="78C1E2B9" w14:textId="614C33C5" w:rsidR="0003029B" w:rsidRDefault="00000000">
      <w:r>
        <w:t>Final entries deadline: October 2</w:t>
      </w:r>
      <w:r w:rsidR="00973E1B">
        <w:t>5</w:t>
      </w:r>
      <w:r>
        <w:t>, 2026</w:t>
      </w:r>
      <w:r>
        <w:br/>
        <w:t>WhatsApp / Tel: (</w:t>
      </w:r>
      <w:r w:rsidR="0086548F">
        <w:t>+30 6978982088</w:t>
      </w:r>
      <w:r>
        <w:t>)</w:t>
      </w:r>
      <w:r>
        <w:br/>
        <w:t>Facebook &amp; Instagram: Meteora Wrestling Academy</w:t>
      </w:r>
    </w:p>
    <w:p w14:paraId="12AE806D" w14:textId="2E957A96" w:rsidR="00E03F3F" w:rsidRDefault="00E03F3F"/>
    <w:p w14:paraId="475CC292" w14:textId="23155524" w:rsidR="00E03F3F" w:rsidRDefault="00E03F3F"/>
    <w:sectPr w:rsidR="00E03F3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4C53F9"/>
    <w:multiLevelType w:val="hybridMultilevel"/>
    <w:tmpl w:val="643E3A98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E3D3CD0"/>
    <w:multiLevelType w:val="multilevel"/>
    <w:tmpl w:val="6FCE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C41D23"/>
    <w:multiLevelType w:val="multilevel"/>
    <w:tmpl w:val="0862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D179B8"/>
    <w:multiLevelType w:val="hybridMultilevel"/>
    <w:tmpl w:val="D7DA743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D57AAD"/>
    <w:multiLevelType w:val="hybridMultilevel"/>
    <w:tmpl w:val="007E19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841666">
    <w:abstractNumId w:val="8"/>
  </w:num>
  <w:num w:numId="2" w16cid:durableId="965115611">
    <w:abstractNumId w:val="6"/>
  </w:num>
  <w:num w:numId="3" w16cid:durableId="1201474585">
    <w:abstractNumId w:val="5"/>
  </w:num>
  <w:num w:numId="4" w16cid:durableId="835069755">
    <w:abstractNumId w:val="4"/>
  </w:num>
  <w:num w:numId="5" w16cid:durableId="1465926378">
    <w:abstractNumId w:val="7"/>
  </w:num>
  <w:num w:numId="6" w16cid:durableId="80421207">
    <w:abstractNumId w:val="3"/>
  </w:num>
  <w:num w:numId="7" w16cid:durableId="2126533808">
    <w:abstractNumId w:val="2"/>
  </w:num>
  <w:num w:numId="8" w16cid:durableId="63187678">
    <w:abstractNumId w:val="1"/>
  </w:num>
  <w:num w:numId="9" w16cid:durableId="20666446">
    <w:abstractNumId w:val="0"/>
  </w:num>
  <w:num w:numId="10" w16cid:durableId="1260606006">
    <w:abstractNumId w:val="11"/>
  </w:num>
  <w:num w:numId="11" w16cid:durableId="1100905715">
    <w:abstractNumId w:val="10"/>
  </w:num>
  <w:num w:numId="12" w16cid:durableId="811287161">
    <w:abstractNumId w:val="13"/>
  </w:num>
  <w:num w:numId="13" w16cid:durableId="2083521333">
    <w:abstractNumId w:val="12"/>
  </w:num>
  <w:num w:numId="14" w16cid:durableId="11417723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029B"/>
    <w:rsid w:val="00034616"/>
    <w:rsid w:val="00045EE9"/>
    <w:rsid w:val="0006063C"/>
    <w:rsid w:val="00103A67"/>
    <w:rsid w:val="0015074B"/>
    <w:rsid w:val="001E3AA1"/>
    <w:rsid w:val="0025642B"/>
    <w:rsid w:val="00295CF1"/>
    <w:rsid w:val="0029639D"/>
    <w:rsid w:val="002D2E90"/>
    <w:rsid w:val="00326F90"/>
    <w:rsid w:val="003A43CC"/>
    <w:rsid w:val="0040595F"/>
    <w:rsid w:val="004861F8"/>
    <w:rsid w:val="004D3A94"/>
    <w:rsid w:val="006427C3"/>
    <w:rsid w:val="00710C55"/>
    <w:rsid w:val="007763CC"/>
    <w:rsid w:val="0086548F"/>
    <w:rsid w:val="008C4BA1"/>
    <w:rsid w:val="00910EC0"/>
    <w:rsid w:val="00973E1B"/>
    <w:rsid w:val="009B5A72"/>
    <w:rsid w:val="00A71727"/>
    <w:rsid w:val="00AA1D8D"/>
    <w:rsid w:val="00AE1718"/>
    <w:rsid w:val="00B47730"/>
    <w:rsid w:val="00BA795E"/>
    <w:rsid w:val="00BF341A"/>
    <w:rsid w:val="00CB0664"/>
    <w:rsid w:val="00CB19A1"/>
    <w:rsid w:val="00CD3D40"/>
    <w:rsid w:val="00D358F9"/>
    <w:rsid w:val="00D57B16"/>
    <w:rsid w:val="00DF2CB0"/>
    <w:rsid w:val="00E03F3F"/>
    <w:rsid w:val="00E2395E"/>
    <w:rsid w:val="00F66AB1"/>
    <w:rsid w:val="00F826C6"/>
    <w:rsid w:val="00F95288"/>
    <w:rsid w:val="00F96379"/>
    <w:rsid w:val="00FA787B"/>
    <w:rsid w:val="00FC693F"/>
    <w:rsid w:val="00FD1609"/>
    <w:rsid w:val="00F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AD3931"/>
  <w14:defaultImageDpi w14:val="300"/>
  <w15:docId w15:val="{5A892E23-ABB6-4427-99B7-B8DDC295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-">
    <w:name w:val="Hyperlink"/>
    <w:basedOn w:val="a2"/>
    <w:uiPriority w:val="99"/>
    <w:unhideWhenUsed/>
    <w:rsid w:val="00BA795E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BA7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teorawrestlingacademy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547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26</cp:revision>
  <dcterms:created xsi:type="dcterms:W3CDTF">2013-12-23T23:15:00Z</dcterms:created>
  <dcterms:modified xsi:type="dcterms:W3CDTF">2026-02-24T14:50:00Z</dcterms:modified>
  <cp:category/>
</cp:coreProperties>
</file>